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Dzerzhinka. Photo by Petrov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Дом на Дзержинке. Фото Петрова" title="Дом на Дзержинке. Фото Пет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878beab800b265680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Дзержинке. Фото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Dzerzhinka. Photo by Petrov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Dzerzhinka House on Dzerzhinka with elements of constructivism. One of the first 2-story residential buildings in the city, built in the 30s. In the 1941 extension is the registry office archive. Once upon a time, journalist Alexander Tuzov wrote that “we all come from 1941”... It is behind these walls that there is data about almost every resident of the city. Photo by Vladimir Petrov.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https://bimap.su/description/frunze/303_ZAGS.txt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