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Дзержинке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5141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c9105dd0735d583d1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51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Дзержинке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постройки 50-х годов.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https://bimap.su/description/frunze/302_Dzerjinka.txt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