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42.87442, 74.60578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Дзержинкадагы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42.87442, 74.60578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5141" cy="2232000"/>
            <wp:docPr id="2" name="Picture 2" descr="Дом на Дзержинке" title="Дом на Дзержин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c9105dd0735d583d1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51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Дзержинкадагы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50-жылдары курулган Дзержинкадагы академиялык үй Академиктерге Д.А. Алышбаев, И.Ахунбаев, окумуштуулар И.Батманов, В.Яковлев.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https://bimap.su/description/frunze/302_Dzerjinka.txt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42.87442, 74.60578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