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Dzerzhinka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514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c9105dd0735d583d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51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Dzerzhinka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Academic house on Dzerzhinka, built in the 50s Memorial plaques on the house to academicians D.A. Alyshbaev, I. Akhunbaev, scientists I. Batmanov, V. Yakovlev.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https://bimap.su/description/frunze/302_Dzerjinka.txt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