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42.86868, 74.59834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Здание на улице Логвиненко с гербом СССР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42.86868, 74.59834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4481" cy="2232000"/>
            <wp:docPr id="2" name="Picture 2" descr="Здание на улице Логвиненко с гербом СССР" title="Здание на улице Логвиненко с гербом СССР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67cfcf948fb2f33f6ef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448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Здание на улице Логвиненко с гербом СССР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Здание на улице Логвиненко с гербом СССР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Здание на улице Логвиненко с гербом СССР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https://bimap.su/description/frunze/300_Logvinenko.txt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42.86868, 74.59834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