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Building on Logvinenko Street with the coat of arms of the USSR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Здание на улице Логвиненко с гербом СССР" title="Здание на улице Логвиненко с гербом С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7cfcf948fb2f33f6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на улице Логвиненко с гербом СССР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Building on Logvinenko Street with the coat of arms of the USSR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Building on Logvinenko Street with the coat of arms of the USSR Building on Logvinenko Street with the coat of arms of the USSR.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https://bimap.su/description/frunze/300_Logvinenko.txt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