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42.87555, 74.60881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промышленных министерств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42.87555, 74.60881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Дом промышленных министерств" title="Дом промышленных министерст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b79366003177e3fa89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промышленных министерств · Виктора Глумского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промышленных министерств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Виктора Глумского.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https://bimap.su/description/frunze/299_Dom_minist.txt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42.87555, 74.60881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