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42.87649, 74.59570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Машиностроительный техникум.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42.87649, 74.59570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308965" cy="2232000"/>
            <wp:docPr id="2" name="Picture 2" descr="Машиностроительный техникум." title="Машиностроительный техникум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a7de6ead7c73d0963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896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Машиностроительный техникум. · Виктора Глумскова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Машиностроительный техникум.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Виктора Глумскова.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https://bimap.su/description/frunze/298_Mashtehnikum.txt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42.87649, 74.59570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