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42.84805, 74.61172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Радиостанция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42.84805, 74.61172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410" cy="2232000"/>
            <wp:docPr id="2" name="Picture 2" descr="Радиостанция" title="Радио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a7bbac143bd2af3dd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4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Радиостанция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Радиостанция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https://bimap.su/description/frunze/297_Radiostanzia.txt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42.84805, 74.61172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