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42.84805, 74.61172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Радиостанция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42.84805, 74.61172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3410" cy="2232000"/>
            <wp:docPr id="2" name="Picture 2" descr="Радиостанция" title="Радиостанц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a7bbac143bd2af3dd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34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Радиостанция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Радиостанция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Радиостанция 1927-жылдын 7-мартында Фрунзе шаарында шаардык үн күчөткүчтөр аркылуу Кыргыз Автономиялуу Советтик Социалисттик Республикасынын түзүлгөндүгүнө байланыштуу Советтердин 1-Уюштуруу съездинин билдирүүсү менен Эл Комиссарлар Кеңешинин имаратынан биринчи радио уктуруу болгон. 1936-жылы бул телерадио станциясы шаардын сыртында курулган. Ошол мезгилден тартып буткул республика боюнча радио уктуруу башталды. Владимир Петровдун фотосу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https://bimap.su/description/frunze/297_Radiostanzia.txt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42.84805, 74.61172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