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42.84226, 74.61056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Тубинститут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42.84226, 74.61056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Тубинститут" title="Туб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2fa21cf2ea1be4ad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Тубинститут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Тубинститут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Глумскова.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https://bimap.su/description/frunze/296_Tubinstitut.txt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42.84226, 74.61056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