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42.86341, 74.62327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Киргизавтомаш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42.86341, 74.62327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232000" cy="2232000"/>
            <wp:docPr id="2" name="Picture 2" descr="Киргизавтомаш" title="Киргизавтомаш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d2fd5fd09d6109623e6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32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Киргизавтомаш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Киргизавтомаш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Готовая продукция.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https://bimap.su/description/frunze/295_Avtomash.txt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42.86341, 74.62327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