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42.87617, 74.58992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Детский мир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42.87617, 74.58992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751756" cy="2232000"/>
            <wp:docPr id="2" name="Picture 2" descr="Детский мир" title="Детский мир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bd2f69790e74a80c42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5175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Детский мир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Детский мир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Универмаг «Детский мир»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https://bimap.su/description/frunze/294_Detskii_mir.txt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42.87617, 74.58992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