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Балдар дүйнөсү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1756" cy="2232000"/>
            <wp:docPr id="2" name="Picture 2" descr="Детский мир" title="Детский ми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d2f69790e74a80c42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17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мир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Балдар дүйнөсү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Балдар дүйнөсү 1957-жылы бул имарат Борбордук универмаг катары курулган; 1974-жылдан бери бул жерде «Балдар дүйнөсү» дүкөнү иштейт.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https://bimap.su/description/frunze/294_Detskii_mir.txt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