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42.87617, 74.58992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Children's World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42.87617, 74.58992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1756" cy="2232000"/>
            <wp:docPr id="2" name="Picture 2" descr="Детский мир" title="Детский ми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d2f69790e74a80c42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17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Детский мир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Children's World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Children's World In 1957, this building was built as the Central Department Store; since 1974, the Children's World store has operated here.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https://bimap.su/description/frunze/294_Detskii_mir.txt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42.87617, 74.58992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