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Кирова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4960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6ba97f946a8c7156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49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Кирова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(Абдумомунова).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https://bimap.su/description/frunze/293_Kirova.txt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42.87931, 74.60906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