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42.87931, 74.60906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Киров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42.87931, 74.60906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14960" cy="2232000"/>
            <wp:docPr id="2" name="Picture 2" descr="Улица Кирова" title="Улица Кир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6ba97f946a8c71560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49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Кирова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Киров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Киров көчөсү (Абдумомунова) Киров көчөсү (Абдумомунова). Мурдагы Уездная, 1924-жылдан Кощийная, 1934-жылы С.М. Киров. Район райадминистрациянын атынан аталган, ал «Кыргызстан» мейманканасынын (Хаят) ордунда, Кощийная - дыйкандар союзунун атынан («Кошчу»), атындагы парктын жанында жайгашкан. И.В.Панфилова Борбордук (Эски) аянтка жылат. Көчөгө жанаша Борбордук аянт жана Эмгек даңкы монументи орнотулган аянт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https://bimap.su/description/frunze/293_Kirova.txt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42.87931, 74.60906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