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42.87931, 74.60906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Kirova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42.87931, 74.60906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14960" cy="2232000"/>
            <wp:docPr id="2" name="Picture 2" descr="Улица Кирова" title="Улица Кир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6ba97f946a8c71560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49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Кирова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Kirova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Kirova Street (Abdumomunova) Kirova Street (Abdumomunova). The former Uezdnaya, from 1924 - Koshchiynaya, in 1934 named after S.M. Kirov. The district was named after the district administration, which was located on the site of the Kyrgyzstan Hotel (Hayat), Koshchiynaya - from the name of the union of farmers (“Koshchu”), Near the park named after. I.V.Panfilova moves to the Central (Old) Square. Adjacent to the street is the Central Square an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https://bimap.su/description/frunze/293_Kirova.txt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42.87931, 74.60906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