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Искаковской и Васильевской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5833" cy="2232000"/>
            <wp:docPr id="1" name="Picture 1" descr="Дом на углу Искаковской и Васильевской" title="Дом на углу Искаковской и Василь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61f812025154e0b8c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58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Искаковской и Васильевской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Искаковской и Васильевской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юго-западном углу улиц Искаковской и Васильевской. 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https://bimap.su/description/pishpek/50_Dom_ugol_Iskak_Vas.txt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