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Искаковская менен Васильевскаянын бурчундагы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42.86931, 74.60370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5833" cy="2232000"/>
            <wp:docPr id="1" name="Picture 1" descr="Дом на углу Искаковской и Васильевской" title="Дом на углу Искаковской и Василь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61f812025154e0b8c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58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Искаковской и Васильевской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Искаковская менен Васильевскаянын бурчундагы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Базарная жана Дунганская көчөлөрүнүн түндүк-чыгыш бурчундагы үй. 20-кылымдын башы Пишпек шаарында турак-жай имараттарын куруу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же тактайла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https://bimap.su/description/pishpek/50_Dom_ugol_Iskak_Vas.txt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42.86931, 74.60370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42.86931, 74.60370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