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пристава Лутина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42.87982, 74.60929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18745" cy="2232000"/>
            <wp:docPr id="1" name="Picture 1" descr="Дом пристава Лутина" title="Дом пристава Лут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1f7de0f1050f3711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87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пристава Лутина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пристава Лутина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ул.Пущинской. Конец XIX века. Фото из фондов ГИМ. Здание снесено в 60-х годах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https://bimap.su/description/pishpek/5_Dom_Lutina.txt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Музей национальной культуры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42.87982, 74.60929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03234" cy="2232000"/>
            <wp:docPr id="2" name="Picture 2" descr="Музей национальной культуры" title="Музей национальной культур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9a3a6b3e793a7bf3f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323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Музей национальной культуры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Музей национальной культуры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ЦГАФФККР, 1950г.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https://bimap.su/description/frunze/150Muzei.txt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42.87982, 74.60929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