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Пристав Лютиндин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8745" cy="2232000"/>
            <wp:docPr id="1" name="Picture 1" descr="Дом пристава Лутина" title="Дом пристава Лут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1f7de0f1050f3711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87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пристава Лутина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Пристав Лютиндин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Пристав Лютиндин Пущинскаядагы үйү Бул үйдө Пишпектин алгачкы окуу жайларынын бири – кыздар үчүн 3 класстык приходдук мектеп жайгашкан. 1933-жылдан бери бул жерде Мамлекеттик край таануу музейи, 1943-жылдан Улуттук маданият музейи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https://bimap.su/description/pishpek/5_Dom_Lutina.txt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Улуттук маданият музейи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234" cy="2232000"/>
            <wp:docPr id="2" name="Picture 2" descr="Музей национальной культуры" title="Музей национальной куль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9a3a6b3e793a7bf3f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32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 национальной культуры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Улуттук маданият музейи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Улуттук маданият музейи Улуттук маданият музейи. ЦГАФККРдан фото, 1950. Кыргызстандын борбордук музейи катары 1926-жылы негизделген. Алгач көргөзмө М.В. Фрунзе туулган. 1933-жылдан бери ал Мамлекеттик край тарых музейине айландырылып, көчөдө ушул имаратта жайгашкан. Краснооктябрьская. 1943-жылдан Улуттук маданият музейи, 1954-жылдан Тарых музейи деп аталат.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https://bimap.su/description/frunze/150Muzei.txt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