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42.87310, 74.60567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Комбанк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42.87310, 74.60567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Комбанк" title="Комбан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f0424c710c53b4626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Комбанк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Комбанк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банка постройки 1936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https://bimap.su/description/frunze/292_Kombank.txt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42.87310, 74.60567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