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42.87310, 74.60567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Комбанк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42.87310, 74.60567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6000" cy="2232000"/>
            <wp:docPr id="2" name="Picture 2" descr="Комбанк" title="Комбан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df0424c710c53b46265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7600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Комбанк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Комбанк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Комбанк Банкынын имараты 1936-жылы курулган. Имаратты оңдоодо 1936-жылдагы СССРдин герби алынып, анын ордуна 50-жылдардагы герб салынган.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https://bimap.su/description/frunze/292_Kombank.txt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42.87310, 74.60567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