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42.83393, 74.63004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Микрорайоны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42.83393, 74.63004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48096" cy="2232000"/>
            <wp:docPr id="2" name="Picture 2" descr="Микрорайоны" title="Микрорайон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31ed29e41c7e35ebc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809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Микрорайоны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Строительство 5-го и 6-го микрорайонов.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https://bimap.su/description/frunze/291_Mikroraiony.txt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42.83393, 74.63004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