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42.87862, 74.61020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Музей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42.87862, 74.61020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22046" cy="2232000"/>
            <wp:docPr id="2" name="Picture 2" descr="Музей" title="Музе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3cb0b491b8c6bc8178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204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Музей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Музей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Фонтаны у здания музея.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https://bimap.su/description/frunze/290_Muzei_fontan.txt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42.87862, 74.61020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