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Museum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2046" cy="2232000"/>
            <wp:docPr id="2" name="Picture 2" descr="Музей" title="Муз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cb0b491b8c6bc81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20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Museum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Fountains near the museum building Fountains near the museum building. The museum building was built in 1974. Architects: D. Yryskulov, Sh. Dzhekshenbaev. In 1976, for the compositional design and plasticity of the museum building, the team of authors was awarded the State Prize named after. Toktogul Satylganova.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https://bimap.su/description/frunze/290_Muzei_fontan.txt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