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42.87868, 74.61116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42.87868, 74.61116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4674" cy="2232000"/>
            <wp:docPr id="2" name="Picture 2" descr="Музей" title="Муз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982fa4f7a722707ac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46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изобразительных искусств.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https://bimap.su/description/frunze/290_Muzei.txt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42.87868, 74.61116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