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42.87560, 74.60487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Почтамт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42.87560, 74.60487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98428" cy="2232000"/>
            <wp:docPr id="2" name="Picture 2" descr="Почтамт" title="Почтам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c8a76e3295092193d7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9842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Почтамт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Почтамт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и здание Министерства связи.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https://bimap.su/description/frunze/289_Pochta.txt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42.87560, 74.60487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