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42.80531, 74.57653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ВДНХ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42.80531, 74.57653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45386" cy="2232000"/>
            <wp:docPr id="2" name="Picture 2" descr="ВДНХ" title="ВДНХ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7993593bc05200d90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538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ВДНХ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ВДНХ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Павильон животноводства.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https://bimap.su/description/frunze/288_VDNH1.txt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42.80531, 74.57653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