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42.80531, 74.57653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VDNKh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42.80531, 74.57653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45386" cy="2232000"/>
            <wp:docPr id="2" name="Picture 2" descr="ВДНХ" title="ВДНХ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b7993593bc05200d90c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4538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ВДНХ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VDNKh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VDNKh. Мал чарба павильону Кыргыз ССРинин эл чарбасынын жетишкендиктеринин кергезмесу. 1947-жылы ачылган. 13 павильон, дендропарк, бакча, зоопарк жана 2 көлмөдөн турат.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https://bimap.su/description/frunze/288_VDNH1.txt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42.80531, 74.57653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