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42.80531, 74.57653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VDNKh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42.80531, 74.57653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45386" cy="2232000"/>
            <wp:docPr id="2" name="Picture 2" descr="ВДНХ" title="ВДН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b7993593bc05200d90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4538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ВДНХ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VDNKh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VDNKh. Livestock Pavilion Exhibition of achievements of the national economy of the Kirghiz SSR. Opened in 1947. Consists of 13 pavilions, an arboretum, an orchard, a zoo and 2 ponds.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https://bimap.su/description/frunze/288_VDNH1.txt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42.80531, 74.57653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