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0875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60921eb00e81c5221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08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Один из прудов.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https://bimap.su/description/frunze/287_VDNH_prud.txt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42.80554, 74.57758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