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42.80460, 74.57944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ВДНХ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42.80460, 74.57944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97063" cy="2232000"/>
            <wp:docPr id="2" name="Picture 2" descr="ВДНХ" title="ВДН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d26727995d9744ab53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70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ВДНХ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ВДНХ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Павильон промышленность.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https://bimap.su/description/frunze/286_VDNH.txt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42.80460, 74.57944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