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42.80460, 74.57944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VDNKh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42.80460, 74.57944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97063" cy="2232000"/>
            <wp:docPr id="2" name="Picture 2" descr="ВДНХ" title="ВДН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d26727995d9744ab53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70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ВДНХ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VDNKh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VDNKh. Кыргыз ССРинин эл чарбасынын жетишкендиктеринин кергезмесу енер жай павильону. 1947-жылы ачылган. 13 павильон, дендропарк, бакча, зоопарк жана 2 көлмөдөн турат.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https://bimap.su/description/frunze/286_VDNH.txt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42.80460, 74.57944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