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7063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26727995d9744ab5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70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Industry Pavilion Exhibition of achievements of the national economy of the Kirghiz SSR. Opened in 1947. Consists of 13 pavilions, an arboretum, an orchard, a zoo and 2 ponds.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https://bimap.su/description/frunze/286_VDNH.txt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