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Ленину на ВДНХ. Фото Виктора Глумского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Памятник Ленину на ВДНХ. Фото Виктора Глумского" title="Памятник Ленину на ВДНХ. Фото Виктора Глум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92755196608e120a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на ВДНХ. Фото Виктора Глумского · Виктора Глумского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Ленину на ВДНХ. Фото Виктора Глумского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Ленину на ВДНХ. Фото Виктора Глумского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https://bimap.su/description/frunze/285_Lenin.txt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