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42.80471, 74.58120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ВДНХда Лениндин эстелиги. Виктор Глумскийдин сүрөтү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42.80471, 74.58120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4000" cy="2232000"/>
            <wp:docPr id="2" name="Picture 2" descr="Памятник Ленину на ВДНХ. Фото Виктора Глумского" title="Памятник Ленину на ВДНХ. Фото Виктора Глумског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d92755196608e120ac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4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Памятник Ленину на ВДНХ. Фото Виктора Глумского · Виктора Глумского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ВДНХда Лениндин эстелиги. Виктор Глумскийдин сүрөтү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ВДНХдагы Лениндин эстелиги Лениндин эстелиги. 1980-жылы борбордук аллеяга орнотулган Скульптор И.Рукавишников.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https://bimap.su/description/frunze/285_Lenin.txt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42.80471, 74.58120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