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42.80471, 74.58120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Monument to Lenin at VDNKh. Photo by Viktor Glumsky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42.80471, 74.58120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1674000" cy="2232000"/>
            <wp:docPr id="2" name="Picture 2" descr="Памятник Ленину на ВДНХ. Фото Виктора Глумского" title="Памятник Ленину на ВДНХ. Фото Виктора Глумского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3d92755196608e120acc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67400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Памятник Ленину на ВДНХ. Фото Виктора Глумского · Виктора Глумского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Monument to Lenin at VDNKh. Photo by Viktor Glumsky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Monument to Lenin at VDNH Monument to Lenin. Installed on the central alley in 1980. Sculptor I. Rukavishnikov.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https://bimap.su/description/frunze/285_Lenin.txt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42.80471, 74.58120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Bishkek" title="Bishk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