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Гостиница «Иссык-Куль»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464000" cy="2232000"/>
            <wp:docPr id="2" name="Picture 2" descr="Гостиница «Иссык-Куль»" title="Гостиница «Иссык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2c9b94304d1135b42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«Иссык-Куль»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Гостиница «Иссык-Куль»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Гостиница «Иссык-Куль» построена в 1984г.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https://bimap.su/description/frunze/284_Gostiniza.txt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