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42.80793, 74.58326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Hotel “Issyk-Kul”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42.80793, 74.58326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464000" cy="2232000"/>
            <wp:docPr id="2" name="Picture 2" descr="Гостиница «Иссык-Куль»" title="Гостиница «Иссык-Куль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22c9b94304d1135b42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64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Гостиница «Иссык-Куль»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Hotel “Issyk-Kul”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 xml:space="preserve">﻿ Hotel “Issyk-Kul” Hotel “Issyk-Kul” was built in 1984 (architects K. Alykulov, K. Ibraev, M. Kerimkulov, designers G. Maliy, S. Denisov, A. Musatov). The building is eight-story, frame made of brick. On the left side of the hotel entrance there is a domed building in the shape of a yurt - it houses a restaurant and a cafe. The hotel has 185 rooms with 230 seats, a conference room with 200 seats. In 1989 The international symposium on the Great 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https://bimap.su/description/frunze/284_Gostiniza.txt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42.80793, 74.58326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