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На площади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9440" cy="2232000"/>
            <wp:docPr id="1" name="Picture 1" descr="На площади" title="На площад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9a63777438972df6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94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 площади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На площади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1 мая на Красной площади 1926г.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https://bimap.su/description/pishpek/49_1Maia1926.txt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42.87761, 74.60545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