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Аянтта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42.87761, 74.60545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169440" cy="2232000"/>
            <wp:docPr id="1" name="Picture 1" descr="На площади" title="На площади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79a63777438972df6a9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16944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На площади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Аянтта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1926-жылдын 1-майында Кызыл аянтта. Пишпек шаарында 5 аянт: аскердик түзүлүштөр жана жергиликтүү команданын машыгуулары үчүн казарма, Базарная, Барачная жана эки чиркөө аянты болгон. Чиркөө аянттарынын бири шаардын борборунда жайгашкан жана ал жерде майрамдык салтанаттар жана параддар өткөрүлдү. 1917-жылдагы революциядан кийин Кызыл деген атка ээ болгон. Сүрөттө 1926-жылдын 1-майында ушул аянттагы элдик майрамдар чагылдырылган.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https://bimap.su/description/pishpek/49_1Maia1926.txt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42.87761, 74.60545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 descr="Иллюстрация эпохи Фрунзе" title="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42.87761, 74.60545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