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42.87664, 74.61259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Кирпотребсоюз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42.87664, 74.61259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85396" cy="2232000"/>
            <wp:docPr id="2" name="Picture 2" descr="Кирпотребсоюз" title="Кирпотребсоюз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783ddd86e70c64ec9b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8539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Кирпотребсоюз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Кирпотребсоюз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Здание Киргизпотребсоюза.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https://bimap.su/description/frunze/283_Potrebsouz.txt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42.87664, 74.61259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