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Кыргызпотребсоюз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85396" cy="2232000"/>
            <wp:docPr id="2" name="Picture 2" descr="Кирпотребсоюз" title="Кирпотребсою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783ddd86e70c64ec9b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53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Кирпотребсоюз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Кыргызпотребсоюз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Кыргызпотребсоюздун имараты 1949-жылы курулган. архитектор Е. Писарский тарабынан долбоорлонгон. Имараттын педиментинде скульптор О Мануилованын жумушчу менен колхозчунун скульптурасы коюлган.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https://bimap.su/description/frunze/283_Potrebsouz.txt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42.87664, 74.61259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