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42.87876, 74.60553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Центральный сквер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42.87876, 74.60553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56064" cy="2232000"/>
            <wp:docPr id="2" name="Picture 2" descr="Центральный сквер" title="Центральный скве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507d49cb3e246561f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60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Центральный сквер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Центральный сквер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Центральный сквер заложен в 1933-38 годах.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https://bimap.su/description/frunze/282_Skver.txt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42.87876, 74.60553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