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Борбордук аянт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56064" cy="2232000"/>
            <wp:docPr id="2" name="Picture 2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507d49cb3e246561f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6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Борбордук аянт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Борбордук аянт Борбордук аянт 1933-38-жылдары негизделген. Пландын авторлору — Б. Виц жана И. Рацек. Квадрат аллеялар менен бөлүктөргө бөлүнгөн тик бурчтуктун формасына ээ. Композициялык огу - бул борбор аркылуу өткөн кең аллея жана партер катары иштелип чыккан. Биринчи кабат улуттук оюм-чийимдерди колдонуу менен килем гүлзарлар менен кооздолгон. Паркта дарактардын жана бадалдардын 50дөн ашык түрү өсөт. Аянттын ортосунда декоративдик фонтан орн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https://bimap.su/description/frunze/282_Skver.txt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42.87876, 74.60553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