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42.87876, 74.60553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Central Square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42.87876, 74.60553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256064" cy="2232000"/>
            <wp:docPr id="2" name="Picture 2" descr="Центральный сквер" title="Центральный сквер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f507d49cb3e246561fa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5606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Центральный сквер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Central Square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Central Square The Central Square was founded in 1933-38. The authors of the plan are B. Witz and I. Ratsek. The square has the shape of a rectangle, divided into parts by alleys. The compositional axis is a wide alley running through the center and designed as a parterre. The ground floor is decorated with carpet flower beds using national ornaments. Over 50 species of trees and shrubs grow in the park. There is a decorative fountain in the ce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https://bimap.su/description/frunze/282_Skver.txt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42.87876, 74.60553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