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42.87904, 74.60449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Парад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42.87904, 74.60449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56793" cy="2232000"/>
            <wp:docPr id="2" name="Picture 2" descr="Парад" title="Пара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57ad9bfacde462434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567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Парад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Парад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Правительственной площади.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https://bimap.su/description/frunze/281_Parad.txt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42.87904, 74.60449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