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56793" cy="2232000"/>
            <wp:docPr id="2" name="Picture 2" descr="Парад" title="Пар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57ad9bfacde46243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67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Парад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Өкмөт аянтындагы парад Өкмөт аянтындагы парад. Сүрөт 1970. Сол жакта А.П.Зенковдун долбоору боюнча курулган борбордук мейманкананын имараты. Имарат 20-кылымдын 60-жылдарында талкаланган.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https://bimap.su/description/frunze/281_Parad.txt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